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071524"/>
          <w:sz w:val="44"/>
        </w:rPr>
        <w:t>NovaSphère - Innovation Services</w:t>
      </w:r>
    </w:p>
    <w:p>
      <w:pPr>
        <w:spacing w:after="20"/>
        <w:jc w:val="center"/>
      </w:pPr>
      <w:r>
        <w:rPr>
          <w:b/>
          <w:color w:val="00C8F0"/>
          <w:sz w:val="28"/>
        </w:rPr>
        <w:t>Questionnaire préparatoire client</w:t>
      </w:r>
    </w:p>
    <w:p>
      <w:pPr>
        <w:spacing w:after="80"/>
        <w:jc w:val="center"/>
      </w:pPr>
      <w:r>
        <w:rPr>
          <w:i/>
          <w:color w:val="0077FF"/>
          <w:sz w:val="21"/>
        </w:rPr>
        <w:t>From Problem to Feasibility</w:t>
      </w:r>
    </w:p>
    <w:p>
      <w:pPr>
        <w:spacing w:after="100"/>
        <w:jc w:val="both"/>
      </w:pPr>
      <w:r>
        <w:rPr>
          <w:sz w:val="18"/>
        </w:rPr>
        <w:t>Ce questionnaire prépare un premier échange avec NovaSphère Innovation Services. Il aide à formuler votre besoin, décrire l'existant, préciser vos contraintes et identifier l'accompagnement approprié. Il n'est pas nécessaire de disposer de toutes les informations dès le départ.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EAF4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r>
              <w:rPr>
                <w:b/>
                <w:color w:val="071524"/>
                <w:sz w:val="16"/>
              </w:rPr>
              <w:t>Entreprise / Organisation</w:t>
            </w:r>
          </w:p>
        </w:tc>
        <w:tc>
          <w:tcPr>
            <w:tcW w:type="dxa" w:w="51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r>
              <w:rPr>
                <w:color w:val="AAB8C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EAF4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r>
              <w:rPr>
                <w:b/>
                <w:color w:val="071524"/>
                <w:sz w:val="16"/>
              </w:rPr>
              <w:t>Nom et fonction de l’interlocuteur</w:t>
            </w:r>
          </w:p>
        </w:tc>
        <w:tc>
          <w:tcPr>
            <w:tcW w:type="dxa" w:w="51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r>
              <w:rPr>
                <w:color w:val="AAB8C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EAF4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r>
              <w:rPr>
                <w:b/>
                <w:color w:val="071524"/>
                <w:sz w:val="16"/>
              </w:rPr>
              <w:t>Secteur d’activité</w:t>
            </w:r>
          </w:p>
        </w:tc>
        <w:tc>
          <w:tcPr>
            <w:tcW w:type="dxa" w:w="51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r>
              <w:rPr>
                <w:color w:val="AAB8C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EAF4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r>
              <w:rPr>
                <w:b/>
                <w:color w:val="071524"/>
                <w:sz w:val="16"/>
              </w:rPr>
              <w:t>Téléphone / E-mail</w:t>
            </w:r>
          </w:p>
        </w:tc>
        <w:tc>
          <w:tcPr>
            <w:tcW w:type="dxa" w:w="51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r>
              <w:rPr>
                <w:color w:val="AAB8C4"/>
                <w:sz w:val="16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EAF4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r>
              <w:rPr>
                <w:b/>
                <w:color w:val="071524"/>
                <w:sz w:val="16"/>
              </w:rPr>
              <w:t>Date de préparation</w:t>
            </w:r>
          </w:p>
        </w:tc>
        <w:tc>
          <w:tcPr>
            <w:tcW w:type="dxa" w:w="51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r>
              <w:rPr>
                <w:color w:val="AAB8C4"/>
                <w:sz w:val="16"/>
              </w:rPr>
              <w:t>........................................................................................................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Votre besoin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1. Pouvez-vous décrire précisément le problème, la difficulté ou l'opportunité que vous souhaitez traiter ?</w:t>
            </w:r>
          </w:p>
          <w:p>
            <w:pPr>
              <w:spacing w:after="0"/>
            </w:pPr>
            <w:r>
              <w:rPr>
                <w:i/>
                <w:color w:val="5B6B7C"/>
                <w:sz w:val="15"/>
              </w:rPr>
              <w:t>Décrivez la situation avec vos mots, même si elle n'est pas encore formulée techniquement.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2. Quel résultat concret souhaiteriez-vous obtenir grâce à une amélioration ou à une nouvelle solution ?</w:t>
            </w:r>
          </w:p>
          <w:p>
            <w:pPr>
              <w:spacing w:after="0"/>
            </w:pPr>
            <w:r>
              <w:rPr>
                <w:i/>
                <w:color w:val="5B6B7C"/>
                <w:sz w:val="15"/>
              </w:rPr>
              <w:t>Exemples : réduire une consommation, automatiser, augmenter un rendement, fiabiliser ou simplifier.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3. Quels impacts ce problème a-t-il aujourd'hui sur votre activité ?</w:t>
            </w:r>
          </w:p>
          <w:p>
            <w:pPr>
              <w:spacing w:after="0"/>
            </w:pPr>
            <w:r>
              <w:rPr>
                <w:i/>
                <w:color w:val="5B6B7C"/>
                <w:sz w:val="15"/>
              </w:rPr>
              <w:t>Coût, délai, qualité, sécurité, productivité, maintenance, environnement, satisfaction client, etc.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p>
      <w:pPr>
        <w:pStyle w:val="Heading1"/>
        <w:keepNext/>
      </w:pPr>
      <w:r>
        <w:t>2. Votre situation actuelle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4. Comment fonctionne actuellement le système, le procédé, l'organisation ou l'outil concerné ?</w:t>
            </w:r>
          </w:p>
          <w:p>
            <w:pPr>
              <w:spacing w:after="0"/>
            </w:pPr>
            <w:r>
              <w:rPr>
                <w:i/>
                <w:color w:val="5B6B7C"/>
                <w:sz w:val="15"/>
              </w:rPr>
              <w:t>Présentez brièvement les étapes et les équipements ou personnes impliqués.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5. Quelles solutions ou tentatives d'amélioration avez-vous déjà expérimentées ?</w:t>
            </w:r>
          </w:p>
          <w:p>
            <w:pPr>
              <w:spacing w:after="0"/>
            </w:pPr>
            <w:r>
              <w:rPr>
                <w:i/>
                <w:color w:val="5B6B7C"/>
                <w:sz w:val="15"/>
              </w:rPr>
              <w:t>Précisez si possible les résultats obtenus et les limites rencontrées.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6. Quels documents, données ou mesures pourriez-vous mettre à disposition pour l'étude ?</w:t>
            </w:r>
          </w:p>
          <w:p>
            <w:pPr>
              <w:spacing w:after="0"/>
            </w:pPr>
            <w:r>
              <w:rPr>
                <w:i/>
                <w:color w:val="5B6B7C"/>
                <w:sz w:val="15"/>
              </w:rPr>
              <w:t>Plans, schémas, photos, historiques, mesures, cahiers des charges ou fichiers techniques.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7. Existe-t-il déjà un prototype, un équipement, un logiciel ou une solution comparable pouvant servir de référence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p>
      <w:pPr>
        <w:pStyle w:val="Heading1"/>
        <w:keepNext/>
      </w:pPr>
      <w:r>
        <w:t>3. Contraintes et critères de réussite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8. Quelles performances minimales ou quels objectifs mesurables la future solution devrait-elle atteindre ?</w:t>
            </w:r>
          </w:p>
          <w:p>
            <w:pPr>
              <w:spacing w:after="0"/>
            </w:pPr>
            <w:r>
              <w:rPr>
                <w:i/>
                <w:color w:val="5B6B7C"/>
                <w:sz w:val="15"/>
              </w:rPr>
              <w:t>Indiquez si possible des valeurs cibles ou des indicateurs de résultat.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9. Quelles contraintes techniques, physiques ou environnementales doivent impérativement être respectées ?</w:t>
            </w:r>
          </w:p>
          <w:p>
            <w:pPr>
              <w:spacing w:after="0"/>
            </w:pPr>
            <w:r>
              <w:rPr>
                <w:i/>
                <w:color w:val="5B6B7C"/>
                <w:sz w:val="15"/>
              </w:rPr>
              <w:t>Dimensions, poids, puissance, énergie, débit, température, bruit, compatibilité avec l'existant, etc.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10. Le projet est-il soumis à des exigences particulières de sécurité, de réglementation, de norme ou de certification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11. Avez-vous défini un budget cible, une enveloppe maximale ou une contrainte de coût pour la future solution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p>
      <w:pPr>
        <w:pStyle w:val="Heading1"/>
        <w:keepNext/>
      </w:pPr>
      <w:r>
        <w:t>4. Enjeux commerciaux et opérationnels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12. Quels bénéfices attendez-vous si la solution atteint ses objectifs ?</w:t>
            </w:r>
          </w:p>
          <w:p>
            <w:pPr>
              <w:spacing w:after="0"/>
            </w:pPr>
            <w:r>
              <w:rPr>
                <w:i/>
                <w:color w:val="5B6B7C"/>
                <w:sz w:val="15"/>
              </w:rPr>
              <w:t>Économies, réduction des délais, capacité, qualité, confort de travail, durabilité, fiabilité, etc.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13. Quel calendrier souhaiteriez-vous pour l'étude et, si elle est concluante, pour une éventuelle mise en œuvre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14. Le projet concerne-t-il un site unique, plusieurs sites, un usage interne ou une future solution destinée à être commercialisée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15. Qui participera à la décision de poursuivre le projet après l'étude ?</w:t>
            </w:r>
          </w:p>
          <w:p>
            <w:pPr>
              <w:spacing w:after="0"/>
            </w:pPr>
            <w:r>
              <w:rPr>
                <w:i/>
                <w:color w:val="5B6B7C"/>
                <w:sz w:val="15"/>
              </w:rPr>
              <w:t>Direction, responsable technique, production, achats, finance, partenaires, investisseurs, etc.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p>
      <w:pPr>
        <w:pStyle w:val="Heading1"/>
        <w:keepNext/>
      </w:pPr>
      <w:r>
        <w:t>5. Confidentialité et propriété intellectuelle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16. Les informations que vous envisagez de communiquer comportent-elles des éléments confidentiels, sensibles ou du savoir-faire non public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17. Le projet est-il déjà associé à un brevet, une demande de brevet, un logiciel propriétaire ou une invention en préparation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18. Souhaitez-vous mettre en place un accord de confidentialité (NDA) avant de transmettre des documents techniques détaillés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p>
      <w:pPr>
        <w:pStyle w:val="Heading1"/>
        <w:keepNext/>
      </w:pPr>
      <w:r>
        <w:t>6. Type d'accompagnement recherché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19. Souhaitez-vous principalement explorer de nouvelles idées ou plusieurs voies de solution à partir de votre problème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20. Disposez-vous déjà d'une solution ou d'un concept dont vous souhaitez vérifier la faisabilité technique et économique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21. Votre besoin implique-t-il des calculs, une simulation, une modélisation, un développement logiciel ou un prototype numérique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7FC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71524"/>
                <w:sz w:val="18"/>
              </w:rPr>
              <w:t>22. Souhaitez-vous que NovaSphère identifie et coordonne, si nécessaire, des experts, ingénieurs, bureaux d'études ou laboratoires spécialisés ?</w:t>
            </w:r>
          </w:p>
        </w:tc>
      </w:tr>
      <w:tr>
        <w:tc>
          <w:tcPr>
            <w:tcW w:type="dxa" w:w="10200"/>
            <w:tcBorders>
              <w:top w:val="single" w:sz="5" w:color="A9CFE5"/>
              <w:left w:val="single" w:sz="5" w:color="A9CFE5"/>
              <w:bottom w:val="single" w:sz="5" w:color="A9CFE5"/>
              <w:right w:val="single" w:sz="5" w:color="A9CFE5"/>
            </w:tcBorders>
          </w:tcPr>
          <w:p>
            <w:pPr>
              <w:spacing w:after="0"/>
            </w:pPr>
            <w:r>
              <w:rPr>
                <w:b/>
                <w:color w:val="0077FF"/>
                <w:sz w:val="16"/>
              </w:rPr>
              <w:t>Réponse du client :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  <w:p>
            <w:pPr>
              <w:spacing w:after="0" w:line="192" w:lineRule="auto"/>
            </w:pPr>
            <w:r>
              <w:rPr>
                <w:color w:val="B8C8D5"/>
                <w:sz w:val="15"/>
              </w:rPr>
              <w:t>________________________________________________________________________________</w:t>
            </w:r>
          </w:p>
        </w:tc>
      </w:tr>
    </w:tbl>
    <w:p>
      <w:pPr>
        <w:spacing w:after="0" w:line="96" w:lineRule="auto"/>
      </w:pPr>
    </w:p>
    <w:p>
      <w:pPr>
        <w:pStyle w:val="Heading1"/>
      </w:pPr>
      <w:r>
        <w:t>Conseil de préparation</w:t>
      </w:r>
    </w:p>
    <w:p>
      <w:pPr>
        <w:jc w:val="both"/>
      </w:pPr>
      <w:r>
        <w:rPr>
          <w:sz w:val="17"/>
        </w:rPr>
        <w:t>Si possible, joignez une courte présentation du besoin et les documents que vous êtes autorisé à partager. NovaSphère Innovation Services pourra ainsi préparer le premier entretien et déterminer si une phase d'idéation, de faisabilité, de simulation, de développement numérique ou une expertise externe est nécessaire.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65" w:right="1020" w:bottom="822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B7C"/>
        <w:sz w:val="14"/>
      </w:rPr>
      <w:t>NovaSphère - Innovation Services  |  novasphere-technologies.fr  |  contact@novasphere-technologies.fr</w:t>
    </w:r>
  </w:p>
  <w:p>
    <w:pPr>
      <w:jc w:val="center"/>
    </w:pPr>
    <w:r>
      <w:rPr>
        <w:color w:val="8A98A6"/>
        <w:sz w:val="13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00C8F0"/>
        <w:sz w:val="15"/>
      </w:rPr>
      <w:t>NovaSphère - Innovation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rial" w:hAnsi="Arial" w:eastAsia="Arial"/>
      <w:color w:val="1F2D3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C8F0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77FF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